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2C8D0" w14:textId="77777777" w:rsidR="00B15DF5" w:rsidRDefault="00CA7CA0">
      <w:pPr>
        <w:jc w:val="center"/>
      </w:pPr>
      <w:r>
        <w:rPr>
          <w:b/>
          <w:sz w:val="32"/>
        </w:rPr>
        <w:t>APPLICATION FOR FUNDING</w:t>
      </w:r>
    </w:p>
    <w:p w14:paraId="41EEAD07" w14:textId="77777777" w:rsidR="00B15DF5" w:rsidRDefault="00B15DF5"/>
    <w:p w14:paraId="7C70BABC" w14:textId="1A4244FE" w:rsidR="00B15DF5" w:rsidRDefault="00CA7CA0">
      <w:r>
        <w:rPr>
          <w:b/>
        </w:rPr>
        <w:t>The Club does not provide funding to individuals, nor does it support organizations that have deficit funding or organizations that primarily donate to others.</w:t>
      </w:r>
    </w:p>
    <w:p w14:paraId="0BB8AC4C" w14:textId="77777777" w:rsidR="00B15DF5" w:rsidRDefault="00B15DF5"/>
    <w:p w14:paraId="46B68599" w14:textId="77777777" w:rsidR="00B15DF5" w:rsidRDefault="00CA7CA0">
      <w:r>
        <w:rPr>
          <w:b/>
        </w:rPr>
        <w:t>Organization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15DF5" w14:paraId="4C20E688" w14:textId="77777777">
        <w:tc>
          <w:tcPr>
            <w:tcW w:w="4320" w:type="dxa"/>
          </w:tcPr>
          <w:p w14:paraId="63301BF1" w14:textId="698EDB31" w:rsidR="00B15DF5" w:rsidRDefault="00CA7CA0">
            <w:r>
              <w:t xml:space="preserve">Name of </w:t>
            </w:r>
            <w:r w:rsidR="00C86A18">
              <w:t>O</w:t>
            </w:r>
            <w:r w:rsidR="00FC61C0">
              <w:t>rganization</w:t>
            </w:r>
          </w:p>
        </w:tc>
        <w:tc>
          <w:tcPr>
            <w:tcW w:w="4320" w:type="dxa"/>
          </w:tcPr>
          <w:p w14:paraId="47ACD2D4" w14:textId="77777777" w:rsidR="00B15DF5" w:rsidRDefault="00B15DF5"/>
        </w:tc>
      </w:tr>
      <w:tr w:rsidR="00FC61C0" w14:paraId="7C02E998" w14:textId="77777777">
        <w:tc>
          <w:tcPr>
            <w:tcW w:w="4320" w:type="dxa"/>
          </w:tcPr>
          <w:p w14:paraId="025959F3" w14:textId="6237ACEF" w:rsidR="00FC61C0" w:rsidRDefault="00FC61C0">
            <w:r>
              <w:t>Name of Contact</w:t>
            </w:r>
          </w:p>
        </w:tc>
        <w:tc>
          <w:tcPr>
            <w:tcW w:w="4320" w:type="dxa"/>
          </w:tcPr>
          <w:p w14:paraId="38DC71B4" w14:textId="77777777" w:rsidR="00FC61C0" w:rsidRDefault="00FC61C0"/>
        </w:tc>
      </w:tr>
      <w:tr w:rsidR="00B15DF5" w14:paraId="53002997" w14:textId="77777777">
        <w:tc>
          <w:tcPr>
            <w:tcW w:w="4320" w:type="dxa"/>
          </w:tcPr>
          <w:p w14:paraId="2538CF3E" w14:textId="77777777" w:rsidR="00B15DF5" w:rsidRDefault="00CA7CA0">
            <w:r>
              <w:t>Address</w:t>
            </w:r>
          </w:p>
        </w:tc>
        <w:tc>
          <w:tcPr>
            <w:tcW w:w="4320" w:type="dxa"/>
          </w:tcPr>
          <w:p w14:paraId="0F733D37" w14:textId="77777777" w:rsidR="00B15DF5" w:rsidRDefault="00B15DF5"/>
        </w:tc>
      </w:tr>
      <w:tr w:rsidR="00B15DF5" w14:paraId="6E7F70D7" w14:textId="77777777">
        <w:tc>
          <w:tcPr>
            <w:tcW w:w="4320" w:type="dxa"/>
          </w:tcPr>
          <w:p w14:paraId="4848720D" w14:textId="77777777" w:rsidR="00B15DF5" w:rsidRDefault="00CA7CA0">
            <w:r>
              <w:t>Telephone:</w:t>
            </w:r>
          </w:p>
        </w:tc>
        <w:tc>
          <w:tcPr>
            <w:tcW w:w="4320" w:type="dxa"/>
          </w:tcPr>
          <w:p w14:paraId="1E4C41A7" w14:textId="77777777" w:rsidR="00B15DF5" w:rsidRDefault="00CA7CA0">
            <w:r>
              <w:t>E-mail:</w:t>
            </w:r>
          </w:p>
        </w:tc>
      </w:tr>
      <w:tr w:rsidR="00B15DF5" w14:paraId="75802CBD" w14:textId="77777777">
        <w:tc>
          <w:tcPr>
            <w:tcW w:w="4320" w:type="dxa"/>
          </w:tcPr>
          <w:p w14:paraId="2A18EBC2" w14:textId="1169BF56" w:rsidR="00B15DF5" w:rsidRDefault="00CA7CA0">
            <w:r>
              <w:t xml:space="preserve">Are you a registered charity?  </w:t>
            </w:r>
            <w:r w:rsidR="00516FF2">
              <w:t xml:space="preserve">Yes </w:t>
            </w:r>
            <w:r w:rsidR="00516FF2">
              <w:rPr>
                <w:rFonts w:ascii="Segoe UI Symbol" w:hAnsi="Segoe UI Symbol" w:cs="Segoe UI Symbol"/>
              </w:rPr>
              <w:t>☐</w:t>
            </w:r>
            <w:r>
              <w:t xml:space="preserve">   </w:t>
            </w:r>
            <w:r w:rsidR="00516FF2">
              <w:t xml:space="preserve">No </w:t>
            </w:r>
            <w:r w:rsidR="00516FF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320" w:type="dxa"/>
          </w:tcPr>
          <w:p w14:paraId="19192A80" w14:textId="77777777" w:rsidR="00B15DF5" w:rsidRDefault="00CA7CA0">
            <w:r>
              <w:t>If so, Registered No./BN:</w:t>
            </w:r>
          </w:p>
        </w:tc>
      </w:tr>
      <w:tr w:rsidR="00B15DF5" w14:paraId="1EBAC714" w14:textId="77777777">
        <w:tc>
          <w:tcPr>
            <w:tcW w:w="4320" w:type="dxa"/>
          </w:tcPr>
          <w:p w14:paraId="5141505C" w14:textId="77777777" w:rsidR="00B15DF5" w:rsidRDefault="00CA7CA0">
            <w:r>
              <w:t>How long has your organization existed?</w:t>
            </w:r>
          </w:p>
        </w:tc>
        <w:tc>
          <w:tcPr>
            <w:tcW w:w="4320" w:type="dxa"/>
          </w:tcPr>
          <w:p w14:paraId="51B4C372" w14:textId="77777777" w:rsidR="00B15DF5" w:rsidRDefault="00B15DF5"/>
        </w:tc>
      </w:tr>
      <w:tr w:rsidR="00FC61C0" w14:paraId="1AC014A2" w14:textId="77777777">
        <w:tc>
          <w:tcPr>
            <w:tcW w:w="4320" w:type="dxa"/>
          </w:tcPr>
          <w:p w14:paraId="1ABC7CFA" w14:textId="02151073" w:rsidR="00FC61C0" w:rsidRDefault="00FC61C0">
            <w:r>
              <w:t>Wh</w:t>
            </w:r>
            <w:r w:rsidR="00C86A18">
              <w:t>at geographic</w:t>
            </w:r>
            <w:r w:rsidR="00FB1DA1">
              <w:t xml:space="preserve"> </w:t>
            </w:r>
            <w:r w:rsidR="00134740">
              <w:t>area does</w:t>
            </w:r>
            <w:r w:rsidR="00FB1DA1">
              <w:t xml:space="preserve"> </w:t>
            </w:r>
            <w:r>
              <w:t xml:space="preserve">your charity </w:t>
            </w:r>
            <w:r w:rsidR="00C86A18">
              <w:t>serve</w:t>
            </w:r>
            <w:r>
              <w:t>?</w:t>
            </w:r>
          </w:p>
        </w:tc>
        <w:tc>
          <w:tcPr>
            <w:tcW w:w="4320" w:type="dxa"/>
          </w:tcPr>
          <w:p w14:paraId="4C13480E" w14:textId="77777777" w:rsidR="00FC61C0" w:rsidRDefault="00FC61C0"/>
        </w:tc>
      </w:tr>
      <w:tr w:rsidR="00B15DF5" w14:paraId="72905519" w14:textId="77777777">
        <w:tc>
          <w:tcPr>
            <w:tcW w:w="4320" w:type="dxa"/>
          </w:tcPr>
          <w:p w14:paraId="7E741BDC" w14:textId="7D88879C" w:rsidR="00B15DF5" w:rsidRDefault="00CA7CA0">
            <w:r>
              <w:t xml:space="preserve">Are you totally or partially government funded?  </w:t>
            </w:r>
            <w:r w:rsidR="00516FF2">
              <w:t xml:space="preserve">Yes </w:t>
            </w:r>
            <w:r w:rsidR="00516FF2">
              <w:rPr>
                <w:rFonts w:ascii="Segoe UI Symbol" w:hAnsi="Segoe UI Symbol" w:cs="Segoe UI Symbol"/>
              </w:rPr>
              <w:t>☐</w:t>
            </w:r>
            <w:r>
              <w:t xml:space="preserve">   </w:t>
            </w:r>
            <w:r w:rsidR="00516FF2">
              <w:t xml:space="preserve">No </w:t>
            </w:r>
            <w:r w:rsidR="00516FF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320" w:type="dxa"/>
          </w:tcPr>
          <w:p w14:paraId="475DBFB5" w14:textId="77777777" w:rsidR="00B15DF5" w:rsidRDefault="00CA7CA0">
            <w:r>
              <w:t>How are you funded?</w:t>
            </w:r>
          </w:p>
        </w:tc>
      </w:tr>
    </w:tbl>
    <w:p w14:paraId="261D91D3" w14:textId="77777777" w:rsidR="00B15DF5" w:rsidRDefault="00B15DF5"/>
    <w:p w14:paraId="57701B4D" w14:textId="77777777" w:rsidR="00B15DF5" w:rsidRDefault="00CA7CA0">
      <w:r>
        <w:rPr>
          <w:b/>
        </w:rPr>
        <w:t>Tell Us About Your Project</w:t>
      </w:r>
    </w:p>
    <w:p w14:paraId="02D4360A" w14:textId="0452B822" w:rsidR="00B15DF5" w:rsidRDefault="00C86A18">
      <w:r>
        <w:t xml:space="preserve">1) </w:t>
      </w:r>
      <w:r w:rsidR="00CA7CA0">
        <w:t>Please provide a brief overview of your proposal, including your mission statement or purpose, goals, objectives, and its significance to the community. (Attach a copy of your budget)</w:t>
      </w:r>
    </w:p>
    <w:p w14:paraId="2229C1AD" w14:textId="0F019038" w:rsidR="00B15DF5" w:rsidRDefault="00CA7CA0">
      <w:r>
        <w:br/>
      </w:r>
      <w:r>
        <w:br/>
      </w:r>
      <w:r>
        <w:br/>
      </w:r>
    </w:p>
    <w:p w14:paraId="36F7CB7D" w14:textId="4790B890" w:rsidR="00B15DF5" w:rsidRDefault="00C86A18">
      <w:r>
        <w:t xml:space="preserve">2) </w:t>
      </w:r>
      <w:r w:rsidR="00CA7CA0">
        <w:t xml:space="preserve">How many people will directly </w:t>
      </w:r>
      <w:r>
        <w:t xml:space="preserve">benefit </w:t>
      </w:r>
      <w:r w:rsidR="00CA7CA0">
        <w:t xml:space="preserve">from </w:t>
      </w:r>
      <w:r>
        <w:t>your</w:t>
      </w:r>
      <w:r w:rsidR="00CA7CA0">
        <w:t xml:space="preserve"> project or event?</w:t>
      </w:r>
    </w:p>
    <w:p w14:paraId="5B464962" w14:textId="77777777" w:rsidR="00B15DF5" w:rsidRDefault="00CA7CA0">
      <w:r>
        <w:br/>
      </w:r>
    </w:p>
    <w:p w14:paraId="4BAE6831" w14:textId="77777777" w:rsidR="00FC61C0" w:rsidRDefault="00FC61C0"/>
    <w:p w14:paraId="327A1FAD" w14:textId="20C35090" w:rsidR="00B15DF5" w:rsidRDefault="00C86A18">
      <w:r>
        <w:rPr>
          <w:b/>
        </w:rPr>
        <w:lastRenderedPageBreak/>
        <w:t xml:space="preserve">3) </w:t>
      </w:r>
      <w:r w:rsidR="00CA7CA0">
        <w:rPr>
          <w:b/>
        </w:rPr>
        <w:t xml:space="preserve">Financial </w:t>
      </w:r>
      <w:r>
        <w:rPr>
          <w:b/>
        </w:rPr>
        <w:t>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B15DF5" w14:paraId="578ADA71" w14:textId="77777777">
        <w:tc>
          <w:tcPr>
            <w:tcW w:w="4320" w:type="dxa"/>
          </w:tcPr>
          <w:p w14:paraId="121DF8FB" w14:textId="77777777" w:rsidR="00B15DF5" w:rsidRDefault="00CA7CA0">
            <w:r>
              <w:t>What is the specific amount of your request?</w:t>
            </w:r>
          </w:p>
        </w:tc>
        <w:tc>
          <w:tcPr>
            <w:tcW w:w="4320" w:type="dxa"/>
          </w:tcPr>
          <w:p w14:paraId="22E57373" w14:textId="77777777" w:rsidR="00B15DF5" w:rsidRDefault="00B15DF5"/>
        </w:tc>
      </w:tr>
      <w:tr w:rsidR="00B15DF5" w14:paraId="66D3E4CE" w14:textId="77777777">
        <w:tc>
          <w:tcPr>
            <w:tcW w:w="4320" w:type="dxa"/>
          </w:tcPr>
          <w:p w14:paraId="04EB0ED3" w14:textId="77777777" w:rsidR="00B15DF5" w:rsidRDefault="00CA7CA0">
            <w:r>
              <w:t>By what date are these funds needed?</w:t>
            </w:r>
          </w:p>
        </w:tc>
        <w:tc>
          <w:tcPr>
            <w:tcW w:w="4320" w:type="dxa"/>
          </w:tcPr>
          <w:p w14:paraId="48A46C19" w14:textId="77777777" w:rsidR="00B15DF5" w:rsidRDefault="00B15DF5"/>
        </w:tc>
      </w:tr>
      <w:tr w:rsidR="00B15DF5" w14:paraId="205F2F33" w14:textId="77777777">
        <w:tc>
          <w:tcPr>
            <w:tcW w:w="4320" w:type="dxa"/>
          </w:tcPr>
          <w:p w14:paraId="69FD97FD" w14:textId="491EC6A4" w:rsidR="00B15DF5" w:rsidRDefault="00C86A18" w:rsidP="00C86A18">
            <w:r w:rsidRPr="00C86A18">
              <w:rPr>
                <w:rFonts w:cs="Times New Roman"/>
                <w:color w:val="000000"/>
              </w:rPr>
              <w:t>Have we provided funding to you before?</w:t>
            </w:r>
            <w:r>
              <w:rPr>
                <w:rFonts w:cs="Times New Roman"/>
                <w:color w:val="000000"/>
              </w:rPr>
              <w:t xml:space="preserve"> </w:t>
            </w:r>
            <w:r w:rsidR="00CA7CA0">
              <w:t xml:space="preserve"> If so</w:t>
            </w:r>
            <w:r>
              <w:t>, please provide details.</w:t>
            </w:r>
          </w:p>
        </w:tc>
        <w:tc>
          <w:tcPr>
            <w:tcW w:w="4320" w:type="dxa"/>
          </w:tcPr>
          <w:p w14:paraId="40BCA6FE" w14:textId="77777777" w:rsidR="00B15DF5" w:rsidRDefault="00B15DF5"/>
        </w:tc>
      </w:tr>
      <w:tr w:rsidR="00B15DF5" w14:paraId="45C120D8" w14:textId="77777777">
        <w:tc>
          <w:tcPr>
            <w:tcW w:w="4320" w:type="dxa"/>
          </w:tcPr>
          <w:p w14:paraId="13066C35" w14:textId="77777777" w:rsidR="00B15DF5" w:rsidRDefault="00CA7CA0">
            <w:r>
              <w:t>Have you requested contributions from other organizations for this project? If so, please list them.</w:t>
            </w:r>
          </w:p>
        </w:tc>
        <w:tc>
          <w:tcPr>
            <w:tcW w:w="4320" w:type="dxa"/>
          </w:tcPr>
          <w:p w14:paraId="7871EDEA" w14:textId="77777777" w:rsidR="00B15DF5" w:rsidRDefault="00B15DF5"/>
        </w:tc>
      </w:tr>
      <w:tr w:rsidR="00B15DF5" w14:paraId="2EB8E917" w14:textId="77777777">
        <w:tc>
          <w:tcPr>
            <w:tcW w:w="4320" w:type="dxa"/>
          </w:tcPr>
          <w:p w14:paraId="1D15DB9B" w14:textId="77777777" w:rsidR="00B15DF5" w:rsidRDefault="00CA7CA0">
            <w:r>
              <w:t>Name to make cheque payable to?</w:t>
            </w:r>
          </w:p>
        </w:tc>
        <w:tc>
          <w:tcPr>
            <w:tcW w:w="4320" w:type="dxa"/>
          </w:tcPr>
          <w:p w14:paraId="6A969AAE" w14:textId="77777777" w:rsidR="00B15DF5" w:rsidRDefault="00B15DF5"/>
        </w:tc>
      </w:tr>
    </w:tbl>
    <w:p w14:paraId="5FEA98AC" w14:textId="77777777" w:rsidR="00C86A18" w:rsidRDefault="00C86A18"/>
    <w:p w14:paraId="06D2F612" w14:textId="63A5F3D1" w:rsidR="00B15DF5" w:rsidRDefault="00C86A18">
      <w:r>
        <w:t xml:space="preserve">4) </w:t>
      </w:r>
      <w:r w:rsidR="00CA7CA0">
        <w:t xml:space="preserve">Project start date:    </w:t>
      </w:r>
      <w:r>
        <w:t xml:space="preserve">                                              </w:t>
      </w:r>
      <w:r w:rsidR="00CA7CA0">
        <w:t>Completion date:</w:t>
      </w:r>
    </w:p>
    <w:p w14:paraId="5BC53D26" w14:textId="77777777" w:rsidR="00C86A18" w:rsidRDefault="00C86A18"/>
    <w:p w14:paraId="6636B46D" w14:textId="47786BF3" w:rsidR="00B15DF5" w:rsidRDefault="00C86A18">
      <w:r>
        <w:t xml:space="preserve">5) </w:t>
      </w:r>
      <w:r w:rsidR="00CA7CA0">
        <w:t>Will your project</w:t>
      </w:r>
      <w:r w:rsidR="00FC61C0">
        <w:t xml:space="preserve"> or proposal</w:t>
      </w:r>
      <w:r w:rsidR="00CA7CA0">
        <w:t xml:space="preserve"> </w:t>
      </w:r>
      <w:r>
        <w:t>proceed or continue</w:t>
      </w:r>
      <w:r w:rsidR="00CA7CA0">
        <w:t xml:space="preserve"> without Rotary funding?</w:t>
      </w:r>
    </w:p>
    <w:p w14:paraId="35CF6D64" w14:textId="77777777" w:rsidR="00FC61C0" w:rsidRDefault="00FC61C0"/>
    <w:p w14:paraId="3F515EC2" w14:textId="1CB7EBD8" w:rsidR="00B15DF5" w:rsidRDefault="00C86A18">
      <w:r>
        <w:t xml:space="preserve">6) </w:t>
      </w:r>
      <w:r w:rsidR="00CA7CA0">
        <w:t>How w</w:t>
      </w:r>
      <w:r>
        <w:t>ill</w:t>
      </w:r>
      <w:r w:rsidR="00CA7CA0">
        <w:t xml:space="preserve"> you acknowledge the contribution of </w:t>
      </w:r>
      <w:r>
        <w:t xml:space="preserve">the </w:t>
      </w:r>
      <w:r w:rsidR="00CA7CA0">
        <w:t>Rotary</w:t>
      </w:r>
      <w:r w:rsidR="000E6D08">
        <w:t xml:space="preserve"> Club of St. Catharines Lakeshore</w:t>
      </w:r>
      <w:r w:rsidR="00CA7CA0">
        <w:t>?</w:t>
      </w:r>
    </w:p>
    <w:p w14:paraId="2FAD0581" w14:textId="128294C0" w:rsidR="00B15DF5" w:rsidRDefault="00B15DF5"/>
    <w:p w14:paraId="1BB8F537" w14:textId="1B70EF50" w:rsidR="00B15DF5" w:rsidRDefault="00C86A18">
      <w:r>
        <w:t xml:space="preserve">7) </w:t>
      </w:r>
      <w:r w:rsidR="00CA7CA0">
        <w:t>Do you keep financial records</w:t>
      </w:r>
      <w:r w:rsidR="000E6D08">
        <w:t>?</w:t>
      </w:r>
    </w:p>
    <w:p w14:paraId="21A4002C" w14:textId="36914B77" w:rsidR="00B15DF5" w:rsidRDefault="00B15DF5"/>
    <w:p w14:paraId="2BA74C83" w14:textId="3726054C" w:rsidR="00B15DF5" w:rsidRDefault="00C86A18">
      <w:r>
        <w:t xml:space="preserve">8) </w:t>
      </w:r>
      <w:r w:rsidR="00CA7CA0">
        <w:t xml:space="preserve">If we </w:t>
      </w:r>
      <w:r>
        <w:t>are unable to</w:t>
      </w:r>
      <w:r w:rsidR="00CA7CA0">
        <w:t xml:space="preserve"> fund your project</w:t>
      </w:r>
      <w:r w:rsidR="000E6D08">
        <w:t xml:space="preserve"> or proposal</w:t>
      </w:r>
      <w:r w:rsidR="00CA7CA0">
        <w:t xml:space="preserve">, </w:t>
      </w:r>
      <w:r>
        <w:t>what other ways can</w:t>
      </w:r>
      <w:r w:rsidR="00CA7CA0">
        <w:t xml:space="preserve"> we assist you?</w:t>
      </w:r>
    </w:p>
    <w:p w14:paraId="4C2EFDBA" w14:textId="48A60B87" w:rsidR="00B15DF5" w:rsidRDefault="00B15D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B15DF5" w14:paraId="587321F0" w14:textId="77777777">
        <w:tc>
          <w:tcPr>
            <w:tcW w:w="2880" w:type="dxa"/>
          </w:tcPr>
          <w:p w14:paraId="41C8B4FE" w14:textId="77777777" w:rsidR="00B15DF5" w:rsidRDefault="00CA7CA0">
            <w:r>
              <w:t>Signature:</w:t>
            </w:r>
          </w:p>
        </w:tc>
        <w:tc>
          <w:tcPr>
            <w:tcW w:w="2880" w:type="dxa"/>
          </w:tcPr>
          <w:p w14:paraId="4BD447BE" w14:textId="77777777" w:rsidR="00B15DF5" w:rsidRDefault="00CA7CA0">
            <w:r>
              <w:t>Title:</w:t>
            </w:r>
          </w:p>
        </w:tc>
        <w:tc>
          <w:tcPr>
            <w:tcW w:w="2880" w:type="dxa"/>
          </w:tcPr>
          <w:p w14:paraId="29D12B34" w14:textId="77777777" w:rsidR="00B15DF5" w:rsidRDefault="00CA7CA0">
            <w:r>
              <w:t>Date:</w:t>
            </w:r>
          </w:p>
        </w:tc>
      </w:tr>
      <w:tr w:rsidR="00B15DF5" w14:paraId="66336BF2" w14:textId="77777777">
        <w:tc>
          <w:tcPr>
            <w:tcW w:w="2880" w:type="dxa"/>
          </w:tcPr>
          <w:p w14:paraId="53E9C8EE" w14:textId="77777777" w:rsidR="00B15DF5" w:rsidRDefault="00B15DF5"/>
        </w:tc>
        <w:tc>
          <w:tcPr>
            <w:tcW w:w="2880" w:type="dxa"/>
          </w:tcPr>
          <w:p w14:paraId="4ACE3D02" w14:textId="77777777" w:rsidR="00B15DF5" w:rsidRDefault="00B15DF5"/>
        </w:tc>
        <w:tc>
          <w:tcPr>
            <w:tcW w:w="2880" w:type="dxa"/>
          </w:tcPr>
          <w:p w14:paraId="65075ACE" w14:textId="77777777" w:rsidR="00B15DF5" w:rsidRDefault="00B15DF5"/>
        </w:tc>
      </w:tr>
    </w:tbl>
    <w:p w14:paraId="5DC11E52" w14:textId="77777777" w:rsidR="00B15DF5" w:rsidRDefault="00B15DF5"/>
    <w:p w14:paraId="54B50FD9" w14:textId="77777777" w:rsidR="00B15DF5" w:rsidRDefault="00CA7CA0">
      <w:r>
        <w:rPr>
          <w:b/>
        </w:rPr>
        <w:t>Please Submit Application and Supporting Information To:</w:t>
      </w:r>
    </w:p>
    <w:p w14:paraId="3D7CF6FE" w14:textId="36593B1B" w:rsidR="009F1F1D" w:rsidRDefault="009F1F1D"/>
    <w:p w14:paraId="7AAD3492" w14:textId="54C5433A" w:rsidR="00B15DF5" w:rsidRDefault="00CA7CA0">
      <w:pPr>
        <w:rPr>
          <w:lang w:val="fr-CA"/>
        </w:rPr>
      </w:pPr>
      <w:proofErr w:type="gramStart"/>
      <w:r w:rsidRPr="000E6D08">
        <w:rPr>
          <w:lang w:val="fr-CA"/>
        </w:rPr>
        <w:t>E-Mail</w:t>
      </w:r>
      <w:proofErr w:type="gramEnd"/>
      <w:r w:rsidRPr="000E6D08">
        <w:rPr>
          <w:lang w:val="fr-CA"/>
        </w:rPr>
        <w:t xml:space="preserve">: </w:t>
      </w:r>
      <w:hyperlink r:id="rId8" w:history="1">
        <w:r w:rsidR="000E6D08" w:rsidRPr="00D5396F">
          <w:rPr>
            <w:rStyle w:val="Hyperlink"/>
            <w:lang w:val="fr-CA"/>
          </w:rPr>
          <w:t>rotarylakeshorestcatharines@gmail.com</w:t>
        </w:r>
      </w:hyperlink>
    </w:p>
    <w:p w14:paraId="785206AC" w14:textId="3F1659D8" w:rsidR="000E6D08" w:rsidRPr="000E6D08" w:rsidRDefault="000E6D08">
      <w:pPr>
        <w:rPr>
          <w:lang w:val="en-CA"/>
        </w:rPr>
      </w:pPr>
      <w:r w:rsidRPr="000E6D08">
        <w:rPr>
          <w:lang w:val="en-CA"/>
        </w:rPr>
        <w:lastRenderedPageBreak/>
        <w:t>You will receive an e</w:t>
      </w:r>
      <w:r>
        <w:rPr>
          <w:lang w:val="en-CA"/>
        </w:rPr>
        <w:t xml:space="preserve">mail confirmation that we have received your application within </w:t>
      </w:r>
      <w:r w:rsidR="00CA7CA0">
        <w:rPr>
          <w:lang w:val="en-CA"/>
        </w:rPr>
        <w:t>seven (7)</w:t>
      </w:r>
      <w:r>
        <w:rPr>
          <w:lang w:val="en-CA"/>
        </w:rPr>
        <w:t xml:space="preserve"> days.  If you have not received</w:t>
      </w:r>
      <w:r w:rsidR="00CA7CA0">
        <w:rPr>
          <w:lang w:val="en-CA"/>
        </w:rPr>
        <w:t xml:space="preserve"> a confirmation email by then</w:t>
      </w:r>
      <w:r w:rsidR="00134740">
        <w:rPr>
          <w:lang w:val="en-CA"/>
        </w:rPr>
        <w:t>,</w:t>
      </w:r>
      <w:r>
        <w:rPr>
          <w:lang w:val="en-CA"/>
        </w:rPr>
        <w:t xml:space="preserve"> please contact us.</w:t>
      </w:r>
    </w:p>
    <w:p w14:paraId="61C6C5C4" w14:textId="77777777" w:rsidR="00B15DF5" w:rsidRDefault="00CA7CA0">
      <w:r>
        <w:t xml:space="preserve">Website: </w:t>
      </w:r>
      <w:r w:rsidRPr="00CA7CA0">
        <w:rPr>
          <w:b/>
          <w:bCs/>
        </w:rPr>
        <w:t>www.rotarylakeshore.com</w:t>
      </w:r>
    </w:p>
    <w:p w14:paraId="3DB8D588" w14:textId="5C8F99BC" w:rsidR="00B15DF5" w:rsidRPr="009E1FE5" w:rsidRDefault="00CA7CA0">
      <w:pPr>
        <w:rPr>
          <w:b/>
          <w:bCs/>
          <w:i/>
          <w:iCs/>
          <w:sz w:val="28"/>
          <w:szCs w:val="28"/>
        </w:rPr>
      </w:pPr>
      <w:r w:rsidRPr="009E1FE5">
        <w:rPr>
          <w:b/>
          <w:bCs/>
          <w:i/>
          <w:iCs/>
          <w:sz w:val="28"/>
          <w:szCs w:val="28"/>
        </w:rPr>
        <w:t>Improving Local and Global Communities through enthusiastic Service Above Self</w:t>
      </w:r>
    </w:p>
    <w:sectPr w:rsidR="00B15DF5" w:rsidRPr="009E1FE5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F5D2" w14:textId="77777777" w:rsidR="001752C4" w:rsidRDefault="001752C4">
      <w:pPr>
        <w:spacing w:after="0" w:line="240" w:lineRule="auto"/>
      </w:pPr>
      <w:r>
        <w:separator/>
      </w:r>
    </w:p>
  </w:endnote>
  <w:endnote w:type="continuationSeparator" w:id="0">
    <w:p w14:paraId="4652A77C" w14:textId="77777777" w:rsidR="001752C4" w:rsidRDefault="00175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41A3" w14:textId="77777777" w:rsidR="00B15DF5" w:rsidRDefault="00CA7CA0">
    <w:pPr>
      <w:pStyle w:val="Footer"/>
      <w:jc w:val="center"/>
    </w:pPr>
    <w:r>
      <w:t>Rotary Club of St. Catharines Lakeshore – Application for Funding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9C333" w14:textId="77777777" w:rsidR="001752C4" w:rsidRDefault="001752C4">
      <w:pPr>
        <w:spacing w:after="0" w:line="240" w:lineRule="auto"/>
      </w:pPr>
      <w:r>
        <w:separator/>
      </w:r>
    </w:p>
  </w:footnote>
  <w:footnote w:type="continuationSeparator" w:id="0">
    <w:p w14:paraId="1D027B30" w14:textId="77777777" w:rsidR="001752C4" w:rsidRDefault="00175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BC23" w14:textId="77777777" w:rsidR="00B15DF5" w:rsidRDefault="00CA7CA0">
    <w:pPr>
      <w:pStyle w:val="Header"/>
    </w:pPr>
    <w:r>
      <w:rPr>
        <w:noProof/>
      </w:rPr>
      <w:drawing>
        <wp:inline distT="0" distB="0" distL="0" distR="0" wp14:anchorId="58E5D02F" wp14:editId="03707B5C">
          <wp:extent cx="2011680" cy="20116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catharineslakeshore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0" cy="2011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183235">
    <w:abstractNumId w:val="8"/>
  </w:num>
  <w:num w:numId="2" w16cid:durableId="11614462">
    <w:abstractNumId w:val="6"/>
  </w:num>
  <w:num w:numId="3" w16cid:durableId="1311910143">
    <w:abstractNumId w:val="5"/>
  </w:num>
  <w:num w:numId="4" w16cid:durableId="1769352672">
    <w:abstractNumId w:val="4"/>
  </w:num>
  <w:num w:numId="5" w16cid:durableId="540749943">
    <w:abstractNumId w:val="7"/>
  </w:num>
  <w:num w:numId="6" w16cid:durableId="1100221001">
    <w:abstractNumId w:val="3"/>
  </w:num>
  <w:num w:numId="7" w16cid:durableId="785731975">
    <w:abstractNumId w:val="2"/>
  </w:num>
  <w:num w:numId="8" w16cid:durableId="1721439910">
    <w:abstractNumId w:val="1"/>
  </w:num>
  <w:num w:numId="9" w16cid:durableId="1593077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261"/>
    <w:rsid w:val="000E6D08"/>
    <w:rsid w:val="00134740"/>
    <w:rsid w:val="0015074B"/>
    <w:rsid w:val="001752C4"/>
    <w:rsid w:val="00226E5E"/>
    <w:rsid w:val="00242B7B"/>
    <w:rsid w:val="0029130F"/>
    <w:rsid w:val="0029639D"/>
    <w:rsid w:val="002C1E0A"/>
    <w:rsid w:val="00326F90"/>
    <w:rsid w:val="004642A6"/>
    <w:rsid w:val="00476F94"/>
    <w:rsid w:val="00516FF2"/>
    <w:rsid w:val="006E59C6"/>
    <w:rsid w:val="00704586"/>
    <w:rsid w:val="0090261B"/>
    <w:rsid w:val="009E1FE5"/>
    <w:rsid w:val="009F1F1D"/>
    <w:rsid w:val="00AA1D8D"/>
    <w:rsid w:val="00B15DF5"/>
    <w:rsid w:val="00B47730"/>
    <w:rsid w:val="00B5161D"/>
    <w:rsid w:val="00BE7814"/>
    <w:rsid w:val="00C75690"/>
    <w:rsid w:val="00C86A18"/>
    <w:rsid w:val="00CA7CA0"/>
    <w:rsid w:val="00CB0664"/>
    <w:rsid w:val="00CC09D1"/>
    <w:rsid w:val="00D51A84"/>
    <w:rsid w:val="00FB1DA1"/>
    <w:rsid w:val="00FC61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AEAD32"/>
  <w14:defaultImageDpi w14:val="300"/>
  <w15:docId w15:val="{A14295E7-E1C1-4316-B4FC-547E0754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E6D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tarylakeshorestcatharin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285</Words>
  <Characters>1708</Characters>
  <Application>Microsoft Office Word</Application>
  <DocSecurity>0</DocSecurity>
  <Lines>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 Hume</cp:lastModifiedBy>
  <cp:revision>6</cp:revision>
  <dcterms:created xsi:type="dcterms:W3CDTF">2025-10-29T23:58:00Z</dcterms:created>
  <dcterms:modified xsi:type="dcterms:W3CDTF">2025-10-30T00:13:00Z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bb66d7f9-78a0-4c4e-8bc7-5410a14b2187</vt:lpwstr>
  </property>
</Properties>
</file>